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color w:val="0B6B70"/>
          <w:sz w:val="20"/>
        </w:rPr>
        <w:t>HORIZONS  /  AI INCUBATOR</w:t>
      </w:r>
    </w:p>
    <w:p>
      <w:pPr>
        <w:pStyle w:val="Title"/>
      </w:pPr>
      <w:r>
        <w:t>Project Information</w:t>
        <w:br/>
        <w:t>and Screening Notes</w:t>
      </w:r>
    </w:p>
    <w:p>
      <w:r>
        <w:rPr>
          <w:b w:val="0"/>
          <w:color w:val="515B5B"/>
          <w:sz w:val="20"/>
        </w:rPr>
        <w:t>Complete every required field. Replace the bracketed prompts with your answers. Keep the completed document to 1-2 pages.</w:t>
      </w:r>
    </w:p>
    <w:p>
      <w:pPr>
        <w:spacing w:after="80"/>
      </w:pPr>
      <w:r>
        <w:rPr>
          <w:b w:val="0"/>
          <w:color w:val="515B5B"/>
          <w:sz w:val="20"/>
        </w:rPr>
        <w:t>On your phone, open a saved copy in Word or another document editor. When finished, export or share a copy as PDF and reopen it to check your answers.</w:t>
      </w:r>
    </w:p>
    <w:p>
      <w:pPr>
        <w:pStyle w:val="Heading2"/>
      </w:pPr>
      <w:r>
        <w:t>Artist name or names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Use the names you want credited.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Contact email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For the artist or main contact for a group submission.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Work title</w:t>
      </w:r>
      <w:r>
        <w:rPr>
          <w:b w:val="0"/>
          <w:color w:val="515B5B"/>
          <w:sz w:val="16"/>
        </w:rPr>
        <w:t xml:space="preserve">  REQUIRED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Duration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Minutes and seconds. Submitted work must be 3-5 minutes.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Video download link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Paste a download link, including any access instructions.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AI tools and how you used them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Name the models or software and what they generated or changed. Identify any realistic AI-generated or manipulated depictions.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Your creative contribution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Briefly explain your own role in conceiving, making and editing the work.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r>
        <w:br w:type="page"/>
      </w:r>
    </w:p>
    <w:p>
      <w:pPr>
        <w:spacing w:after="200"/>
      </w:pPr>
      <w:r>
        <w:rPr>
          <w:b/>
          <w:color w:val="0B6B70"/>
          <w:sz w:val="20"/>
        </w:rPr>
        <w:t>HORIZONS  /  AI INCUBATOR</w:t>
      </w:r>
    </w:p>
    <w:p>
      <w:pPr>
        <w:pStyle w:val="Title"/>
      </w:pPr>
      <w:r>
        <w:rPr>
          <w:sz w:val="44"/>
        </w:rPr>
        <w:t>Rights and screening notes</w:t>
      </w:r>
    </w:p>
    <w:p>
      <w:pPr>
        <w:pStyle w:val="Heading2"/>
      </w:pPr>
      <w:r>
        <w:t>Collaborators and sources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Credit collaborators and sources such as music, images, footage and identifiable people. Explain permissions, licences or other lawful basis. Write None if not applicable.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Copyright confirmation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In your own words, confirm that your music, imagery and text do not infringe copyright.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Eco reflection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Briefly describe how you tried to reduce energy use while creating or rendering the work. If you did not take specific steps, say so.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Screening and display instructions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Describe playback, looping or other display needs. Write Standard playback if none. For the optional L-shaped screen, contact the team before preparing the work.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Does the work include sound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Answer Yes or No.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t>Is sound essential to understanding the work</w:t>
      </w:r>
      <w:r>
        <w:rPr>
          <w:b w:val="0"/>
          <w:color w:val="515B5B"/>
          <w:sz w:val="16"/>
        </w:rPr>
        <w:t xml:space="preserve">  REQUIRED</w:t>
      </w:r>
    </w:p>
    <w:p>
      <w:pPr>
        <w:keepNext/>
        <w:spacing w:after="60"/>
      </w:pPr>
      <w:r>
        <w:rPr>
          <w:b w:val="0"/>
          <w:color w:val="515B5B"/>
          <w:sz w:val="19"/>
        </w:rPr>
        <w:t>Answer Yes or No and add any audio needs. Playback will be confirmed with the team.</w:t>
      </w:r>
    </w:p>
    <w:p>
      <w:pPr>
        <w:spacing w:after="100"/>
        <w:shd w:fill="F4F7F6"/>
      </w:pPr>
      <w:r>
        <w:rPr>
          <w:b w:val="0"/>
          <w:color w:val="252727"/>
          <w:sz w:val="21"/>
        </w:rPr>
        <w:t>[Type your answer here]</w:t>
      </w:r>
    </w:p>
    <w:p>
      <w:pPr>
        <w:pStyle w:val="Heading2"/>
      </w:pPr>
      <w:r>
        <w:rPr>
          <w:color w:val="0B6B70"/>
        </w:rPr>
        <w:t>Send your submission</w:t>
      </w:r>
    </w:p>
    <w:p>
      <w:r>
        <w:rPr>
          <w:b w:val="0"/>
          <w:color w:val="252727"/>
          <w:sz w:val="20"/>
        </w:rPr>
        <w:t>Export this completed document as PDF. Email it with your signed Exhibition Consent Form PDF and video download link to horizonsartlab@gmail.com. This template is not the consent form.</w:t>
      </w:r>
    </w:p>
    <w:sectPr w:rsidR="00FC693F" w:rsidRPr="0006063C" w:rsidSect="00034616">
      <w:footerReference w:type="default" r:id="rId9"/>
      <w:pgSz w:w="11905" w:h="16838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Liberation Sans" w:hAnsi="Liberation Sans"/>
        <w:color w:val="515B5B"/>
        <w:sz w:val="16"/>
      </w:rPr>
      <w:t>HORIZONS Art Lab  |  horizonsartlab.com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Liberation Sans" w:hAnsi="Liberation Sans"/>
      <w:color w:val="2527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781321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78132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HORIZONS Project Information and Screening Notes</dc:title>
  <dc:subject>Editable submission template</dc:subject>
  <dc:creator>HORIZONS Art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